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BODYARMOR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BODYARMOR (Coca-Cola)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BODYARMOR (Coca-Cola)</w:t>
      </w:r>
    </w:p>
    <w:p>
      <w:pPr>
        <w:spacing w:after="120"/>
      </w:pPr>
      <w:r>
        <w:rPr>
          <w:sz w:val="21"/>
        </w:rPr>
        <w:t>A tailored naming-rights recommendation for BODYARMOR (Coca-Cola)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Campus Fueling / Hydration Stations + Concessions — BODYARMOR targets youth &amp; travel-ball audiences across every sport on campus.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Sports-drink category exclusivity; 'Superior Hydration' station branding at diamonds, fields, and indoor courts; athlete &amp; influencer activation; sampling at marquee tournaments.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BODYARMOR Partnerships / Coca-Cola North America Sports Marketing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BODYARMOR Sports Nutrition (The Coca-Cola Company)</w:t>
            </w:r>
            <w:r>
              <w:br/>
            </w:r>
            <w:r>
              <w:rPr>
                <w:sz w:val="18"/>
              </w:rPr>
              <w:t>Web: drinkbodyarmor.com/partners • Atlanta, GA 30313</w:t>
            </w:r>
            <w:r>
              <w:br/>
            </w:r>
            <w:r>
              <w:rPr>
                <w:sz w:val="18"/>
              </w:rPr>
              <w:t>Coca-Cola: coca-colacompany.com/contact-us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Coca-Cola NA — Sports &amp; Entertainment Marketing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BODYARMOR (Coca-Cola)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BODYARMOR's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